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51CE1" w14:textId="77777777" w:rsidR="00E44EFC" w:rsidRDefault="00E44EFC" w:rsidP="00E44EFC">
      <w:pPr>
        <w:spacing w:after="160" w:line="278" w:lineRule="auto"/>
        <w:rPr>
          <w:b/>
          <w:bCs/>
        </w:rPr>
      </w:pPr>
      <w:r w:rsidRPr="00E44EFC">
        <w:rPr>
          <w:b/>
          <w:bCs/>
        </w:rPr>
        <w:t>Business Plan Outline</w:t>
      </w:r>
    </w:p>
    <w:p w14:paraId="34FD09FF" w14:textId="77777777" w:rsidR="00E44EFC" w:rsidRPr="00E44EFC" w:rsidRDefault="00E44EFC" w:rsidP="00E44EFC">
      <w:pPr>
        <w:spacing w:after="160" w:line="278" w:lineRule="auto"/>
        <w:rPr>
          <w:b/>
          <w:bCs/>
        </w:rPr>
      </w:pPr>
    </w:p>
    <w:p w14:paraId="7D91DC12" w14:textId="77777777" w:rsidR="00E44EFC" w:rsidRPr="00E44EFC" w:rsidRDefault="00E44EFC" w:rsidP="00E44EFC">
      <w:pPr>
        <w:spacing w:after="160" w:line="278" w:lineRule="auto"/>
      </w:pPr>
      <w:r w:rsidRPr="00E44EFC">
        <w:t>1. Executive Summary</w:t>
      </w:r>
    </w:p>
    <w:p w14:paraId="5FB493CD" w14:textId="77777777" w:rsidR="00E44EFC" w:rsidRPr="00E44EFC" w:rsidRDefault="00E44EFC" w:rsidP="00E44EFC">
      <w:pPr>
        <w:numPr>
          <w:ilvl w:val="0"/>
          <w:numId w:val="11"/>
        </w:numPr>
        <w:spacing w:after="160" w:line="278" w:lineRule="auto"/>
      </w:pPr>
      <w:r w:rsidRPr="00E44EFC">
        <w:t>What is the name of your business?</w:t>
      </w:r>
    </w:p>
    <w:p w14:paraId="2D9703A7" w14:textId="77777777" w:rsidR="00E44EFC" w:rsidRPr="00E44EFC" w:rsidRDefault="00E44EFC" w:rsidP="00E44EFC">
      <w:pPr>
        <w:numPr>
          <w:ilvl w:val="0"/>
          <w:numId w:val="11"/>
        </w:numPr>
        <w:spacing w:after="160" w:line="278" w:lineRule="auto"/>
      </w:pPr>
      <w:r w:rsidRPr="00E44EFC">
        <w:t>What products or services will your business offer?</w:t>
      </w:r>
    </w:p>
    <w:p w14:paraId="1573F1E4" w14:textId="77777777" w:rsidR="00E44EFC" w:rsidRPr="00E44EFC" w:rsidRDefault="00E44EFC" w:rsidP="00E44EFC">
      <w:pPr>
        <w:numPr>
          <w:ilvl w:val="0"/>
          <w:numId w:val="11"/>
        </w:numPr>
        <w:spacing w:after="160" w:line="278" w:lineRule="auto"/>
      </w:pPr>
      <w:r w:rsidRPr="00E44EFC">
        <w:t>What is your mission statement?</w:t>
      </w:r>
    </w:p>
    <w:p w14:paraId="1C13719A" w14:textId="77777777" w:rsidR="00E44EFC" w:rsidRDefault="00E44EFC" w:rsidP="00E44EFC">
      <w:pPr>
        <w:numPr>
          <w:ilvl w:val="0"/>
          <w:numId w:val="11"/>
        </w:numPr>
        <w:spacing w:after="160" w:line="278" w:lineRule="auto"/>
      </w:pPr>
      <w:r w:rsidRPr="00E44EFC">
        <w:t>Who are the founders, and what is their background?</w:t>
      </w:r>
    </w:p>
    <w:p w14:paraId="30BC2DBF" w14:textId="77777777" w:rsidR="00E44EFC" w:rsidRPr="00E44EFC" w:rsidRDefault="00E44EFC" w:rsidP="00E44EFC">
      <w:pPr>
        <w:spacing w:after="160" w:line="278" w:lineRule="auto"/>
        <w:ind w:left="720"/>
      </w:pPr>
    </w:p>
    <w:p w14:paraId="30F9D625" w14:textId="77777777" w:rsidR="00E44EFC" w:rsidRPr="00E44EFC" w:rsidRDefault="00E44EFC" w:rsidP="00E44EFC">
      <w:pPr>
        <w:spacing w:after="160" w:line="278" w:lineRule="auto"/>
      </w:pPr>
      <w:r w:rsidRPr="00E44EFC">
        <w:t>2. Business Description</w:t>
      </w:r>
    </w:p>
    <w:p w14:paraId="7B9921EE" w14:textId="77777777" w:rsidR="00E44EFC" w:rsidRPr="00E44EFC" w:rsidRDefault="00E44EFC" w:rsidP="00E44EFC">
      <w:pPr>
        <w:numPr>
          <w:ilvl w:val="0"/>
          <w:numId w:val="12"/>
        </w:numPr>
        <w:spacing w:after="160" w:line="278" w:lineRule="auto"/>
      </w:pPr>
      <w:r w:rsidRPr="00E44EFC">
        <w:t>What problem does your business solve?</w:t>
      </w:r>
    </w:p>
    <w:p w14:paraId="3CB79528" w14:textId="77777777" w:rsidR="00E44EFC" w:rsidRPr="00E44EFC" w:rsidRDefault="00E44EFC" w:rsidP="00E44EFC">
      <w:pPr>
        <w:numPr>
          <w:ilvl w:val="0"/>
          <w:numId w:val="12"/>
        </w:numPr>
        <w:spacing w:after="160" w:line="278" w:lineRule="auto"/>
      </w:pPr>
      <w:r w:rsidRPr="00E44EFC">
        <w:t>Who is your target market?</w:t>
      </w:r>
    </w:p>
    <w:p w14:paraId="69E1F65F" w14:textId="77777777" w:rsidR="00E44EFC" w:rsidRDefault="00E44EFC" w:rsidP="00E44EFC">
      <w:pPr>
        <w:numPr>
          <w:ilvl w:val="0"/>
          <w:numId w:val="12"/>
        </w:numPr>
        <w:spacing w:after="160" w:line="278" w:lineRule="auto"/>
      </w:pPr>
      <w:r w:rsidRPr="00E44EFC">
        <w:t>What is unique about your business compared to competitors?</w:t>
      </w:r>
    </w:p>
    <w:p w14:paraId="27FF69F4" w14:textId="77777777" w:rsidR="00E44EFC" w:rsidRPr="00E44EFC" w:rsidRDefault="00E44EFC" w:rsidP="00E44EFC">
      <w:pPr>
        <w:spacing w:after="160" w:line="278" w:lineRule="auto"/>
        <w:ind w:left="720"/>
      </w:pPr>
    </w:p>
    <w:p w14:paraId="1CB5885C" w14:textId="77777777" w:rsidR="00E44EFC" w:rsidRPr="00E44EFC" w:rsidRDefault="00E44EFC" w:rsidP="00E44EFC">
      <w:pPr>
        <w:spacing w:after="160" w:line="278" w:lineRule="auto"/>
      </w:pPr>
      <w:r w:rsidRPr="00E44EFC">
        <w:t>3. Market Analysis</w:t>
      </w:r>
    </w:p>
    <w:p w14:paraId="7B3CEFD5" w14:textId="77777777" w:rsidR="00E44EFC" w:rsidRPr="00E44EFC" w:rsidRDefault="00E44EFC" w:rsidP="00E44EFC">
      <w:pPr>
        <w:numPr>
          <w:ilvl w:val="0"/>
          <w:numId w:val="13"/>
        </w:numPr>
        <w:spacing w:after="160" w:line="278" w:lineRule="auto"/>
      </w:pPr>
      <w:r w:rsidRPr="00E44EFC">
        <w:t>Who are your potential customers?</w:t>
      </w:r>
    </w:p>
    <w:p w14:paraId="6BC9CA58" w14:textId="77777777" w:rsidR="00E44EFC" w:rsidRPr="00E44EFC" w:rsidRDefault="00E44EFC" w:rsidP="00E44EFC">
      <w:pPr>
        <w:numPr>
          <w:ilvl w:val="0"/>
          <w:numId w:val="13"/>
        </w:numPr>
        <w:spacing w:after="160" w:line="278" w:lineRule="auto"/>
      </w:pPr>
      <w:r w:rsidRPr="00E44EFC">
        <w:t>What are the current trends in your market?</w:t>
      </w:r>
    </w:p>
    <w:p w14:paraId="3764777F" w14:textId="77777777" w:rsidR="00E44EFC" w:rsidRDefault="00E44EFC" w:rsidP="00E44EFC">
      <w:pPr>
        <w:numPr>
          <w:ilvl w:val="0"/>
          <w:numId w:val="13"/>
        </w:numPr>
        <w:spacing w:after="160" w:line="278" w:lineRule="auto"/>
      </w:pPr>
      <w:r w:rsidRPr="00E44EFC">
        <w:t>Who are your competitors, and what are their strengths and weaknesses?</w:t>
      </w:r>
    </w:p>
    <w:p w14:paraId="1D4B1C7C" w14:textId="77777777" w:rsidR="00E44EFC" w:rsidRPr="00E44EFC" w:rsidRDefault="00E44EFC" w:rsidP="00E44EFC">
      <w:pPr>
        <w:spacing w:after="160" w:line="278" w:lineRule="auto"/>
        <w:ind w:left="720"/>
      </w:pPr>
    </w:p>
    <w:p w14:paraId="244921C6" w14:textId="77777777" w:rsidR="00E44EFC" w:rsidRPr="00E44EFC" w:rsidRDefault="00E44EFC" w:rsidP="00E44EFC">
      <w:pPr>
        <w:spacing w:after="160" w:line="278" w:lineRule="auto"/>
      </w:pPr>
      <w:r w:rsidRPr="00E44EFC">
        <w:t>4. Organization and Management</w:t>
      </w:r>
    </w:p>
    <w:p w14:paraId="24A16C38" w14:textId="77777777" w:rsidR="00E44EFC" w:rsidRPr="00E44EFC" w:rsidRDefault="00E44EFC" w:rsidP="00E44EFC">
      <w:pPr>
        <w:numPr>
          <w:ilvl w:val="0"/>
          <w:numId w:val="14"/>
        </w:numPr>
        <w:spacing w:after="160" w:line="278" w:lineRule="auto"/>
      </w:pPr>
      <w:r w:rsidRPr="00E44EFC">
        <w:t>What is the organizational structure of your business?</w:t>
      </w:r>
    </w:p>
    <w:p w14:paraId="5FC1582A" w14:textId="77777777" w:rsidR="00E44EFC" w:rsidRPr="00E44EFC" w:rsidRDefault="00E44EFC" w:rsidP="00E44EFC">
      <w:pPr>
        <w:numPr>
          <w:ilvl w:val="0"/>
          <w:numId w:val="14"/>
        </w:numPr>
        <w:spacing w:after="160" w:line="278" w:lineRule="auto"/>
      </w:pPr>
      <w:r w:rsidRPr="00E44EFC">
        <w:t>Who is on the management team, and what are their roles?</w:t>
      </w:r>
    </w:p>
    <w:p w14:paraId="17602976" w14:textId="61402D26" w:rsidR="00E44EFC" w:rsidRDefault="00E44EFC" w:rsidP="00E44EFC">
      <w:pPr>
        <w:numPr>
          <w:ilvl w:val="0"/>
          <w:numId w:val="14"/>
        </w:numPr>
        <w:spacing w:after="160" w:line="278" w:lineRule="auto"/>
      </w:pPr>
      <w:r w:rsidRPr="00E44EFC">
        <w:t>What is the legal structure of your business?</w:t>
      </w:r>
    </w:p>
    <w:p w14:paraId="01D85757" w14:textId="77777777" w:rsidR="00E44EFC" w:rsidRPr="00E44EFC" w:rsidRDefault="00E44EFC" w:rsidP="00E44EFC">
      <w:pPr>
        <w:spacing w:after="160" w:line="278" w:lineRule="auto"/>
      </w:pPr>
    </w:p>
    <w:p w14:paraId="5F23646A" w14:textId="77777777" w:rsidR="00E44EFC" w:rsidRPr="00E44EFC" w:rsidRDefault="00E44EFC" w:rsidP="00E44EFC">
      <w:pPr>
        <w:spacing w:after="160" w:line="278" w:lineRule="auto"/>
      </w:pPr>
      <w:r w:rsidRPr="00E44EFC">
        <w:t>5. Products or Services</w:t>
      </w:r>
    </w:p>
    <w:p w14:paraId="6BD01A76" w14:textId="77777777" w:rsidR="00E44EFC" w:rsidRPr="00E44EFC" w:rsidRDefault="00E44EFC" w:rsidP="00E44EFC">
      <w:pPr>
        <w:numPr>
          <w:ilvl w:val="0"/>
          <w:numId w:val="15"/>
        </w:numPr>
        <w:spacing w:after="160" w:line="278" w:lineRule="auto"/>
      </w:pPr>
      <w:r w:rsidRPr="00E44EFC">
        <w:t>What are the details of the products or services you are offering?</w:t>
      </w:r>
    </w:p>
    <w:p w14:paraId="2994068C" w14:textId="77777777" w:rsidR="00E44EFC" w:rsidRPr="00E44EFC" w:rsidRDefault="00E44EFC" w:rsidP="00E44EFC">
      <w:pPr>
        <w:numPr>
          <w:ilvl w:val="0"/>
          <w:numId w:val="15"/>
        </w:numPr>
        <w:spacing w:after="160" w:line="278" w:lineRule="auto"/>
      </w:pPr>
      <w:r w:rsidRPr="00E44EFC">
        <w:t>What are the benefits of your products or services to the customer?</w:t>
      </w:r>
    </w:p>
    <w:p w14:paraId="2ECBEF12" w14:textId="77777777" w:rsidR="00E44EFC" w:rsidRDefault="00E44EFC" w:rsidP="00E44EFC">
      <w:pPr>
        <w:numPr>
          <w:ilvl w:val="0"/>
          <w:numId w:val="15"/>
        </w:numPr>
        <w:spacing w:after="160" w:line="278" w:lineRule="auto"/>
      </w:pPr>
      <w:r w:rsidRPr="00E44EFC">
        <w:t>How do you plan to develop your products or services in the future?</w:t>
      </w:r>
    </w:p>
    <w:p w14:paraId="5A35A7CD" w14:textId="77777777" w:rsidR="00E44EFC" w:rsidRPr="00E44EFC" w:rsidRDefault="00E44EFC" w:rsidP="00E44EFC">
      <w:pPr>
        <w:spacing w:after="160" w:line="278" w:lineRule="auto"/>
      </w:pPr>
    </w:p>
    <w:p w14:paraId="609F4095" w14:textId="77777777" w:rsidR="00E44EFC" w:rsidRPr="00E44EFC" w:rsidRDefault="00E44EFC" w:rsidP="00E44EFC">
      <w:pPr>
        <w:spacing w:after="160" w:line="278" w:lineRule="auto"/>
      </w:pPr>
      <w:r w:rsidRPr="00E44EFC">
        <w:lastRenderedPageBreak/>
        <w:t>6. Marketing and Sales Strategy</w:t>
      </w:r>
    </w:p>
    <w:p w14:paraId="587D7310" w14:textId="77777777" w:rsidR="00E44EFC" w:rsidRPr="00E44EFC" w:rsidRDefault="00E44EFC" w:rsidP="00E44EFC">
      <w:pPr>
        <w:numPr>
          <w:ilvl w:val="0"/>
          <w:numId w:val="16"/>
        </w:numPr>
        <w:spacing w:after="160" w:line="278" w:lineRule="auto"/>
      </w:pPr>
      <w:r w:rsidRPr="00E44EFC">
        <w:t>How do you plan to attract and retain customers?</w:t>
      </w:r>
    </w:p>
    <w:p w14:paraId="5FB40BF8" w14:textId="77777777" w:rsidR="00E44EFC" w:rsidRPr="00E44EFC" w:rsidRDefault="00E44EFC" w:rsidP="00E44EFC">
      <w:pPr>
        <w:numPr>
          <w:ilvl w:val="0"/>
          <w:numId w:val="16"/>
        </w:numPr>
        <w:spacing w:after="160" w:line="278" w:lineRule="auto"/>
      </w:pPr>
      <w:r w:rsidRPr="00E44EFC">
        <w:t>What is your pricing strategy?</w:t>
      </w:r>
    </w:p>
    <w:p w14:paraId="193C1D29" w14:textId="77777777" w:rsidR="00E44EFC" w:rsidRDefault="00E44EFC" w:rsidP="00E44EFC">
      <w:pPr>
        <w:numPr>
          <w:ilvl w:val="0"/>
          <w:numId w:val="16"/>
        </w:numPr>
        <w:spacing w:after="160" w:line="278" w:lineRule="auto"/>
      </w:pPr>
      <w:r w:rsidRPr="00E44EFC">
        <w:t>What sales channels will you use (online, in-person, both)?</w:t>
      </w:r>
    </w:p>
    <w:p w14:paraId="7D120010" w14:textId="77777777" w:rsidR="00E44EFC" w:rsidRPr="00E44EFC" w:rsidRDefault="00E44EFC" w:rsidP="00E44EFC">
      <w:pPr>
        <w:spacing w:after="160" w:line="278" w:lineRule="auto"/>
      </w:pPr>
    </w:p>
    <w:p w14:paraId="32376F3C" w14:textId="77777777" w:rsidR="00E44EFC" w:rsidRPr="00E44EFC" w:rsidRDefault="00E44EFC" w:rsidP="00E44EFC">
      <w:pPr>
        <w:spacing w:after="160" w:line="278" w:lineRule="auto"/>
      </w:pPr>
      <w:r w:rsidRPr="00E44EFC">
        <w:t>7. Funding Request</w:t>
      </w:r>
    </w:p>
    <w:p w14:paraId="13B31343" w14:textId="77777777" w:rsidR="00E44EFC" w:rsidRPr="00E44EFC" w:rsidRDefault="00E44EFC" w:rsidP="00E44EFC">
      <w:pPr>
        <w:numPr>
          <w:ilvl w:val="0"/>
          <w:numId w:val="17"/>
        </w:numPr>
        <w:spacing w:after="160" w:line="278" w:lineRule="auto"/>
      </w:pPr>
      <w:r w:rsidRPr="00E44EFC">
        <w:t>How much funding do you need to start or expand your business?</w:t>
      </w:r>
    </w:p>
    <w:p w14:paraId="57F6A93C" w14:textId="77777777" w:rsidR="00E44EFC" w:rsidRPr="00E44EFC" w:rsidRDefault="00E44EFC" w:rsidP="00E44EFC">
      <w:pPr>
        <w:numPr>
          <w:ilvl w:val="0"/>
          <w:numId w:val="17"/>
        </w:numPr>
        <w:spacing w:after="160" w:line="278" w:lineRule="auto"/>
      </w:pPr>
      <w:r w:rsidRPr="00E44EFC">
        <w:t>How will you use the funds?</w:t>
      </w:r>
    </w:p>
    <w:p w14:paraId="2CC74FF8" w14:textId="77777777" w:rsidR="00E44EFC" w:rsidRDefault="00E44EFC" w:rsidP="00E44EFC">
      <w:pPr>
        <w:numPr>
          <w:ilvl w:val="0"/>
          <w:numId w:val="17"/>
        </w:numPr>
        <w:spacing w:after="160" w:line="278" w:lineRule="auto"/>
      </w:pPr>
      <w:r w:rsidRPr="00E44EFC">
        <w:t>Do you have any future financial plans (like loans, investments)?</w:t>
      </w:r>
    </w:p>
    <w:p w14:paraId="37D14345" w14:textId="77777777" w:rsidR="00E44EFC" w:rsidRPr="00E44EFC" w:rsidRDefault="00E44EFC" w:rsidP="00E44EFC">
      <w:pPr>
        <w:spacing w:after="160" w:line="278" w:lineRule="auto"/>
      </w:pPr>
    </w:p>
    <w:p w14:paraId="7553A985" w14:textId="77777777" w:rsidR="00E44EFC" w:rsidRPr="00E44EFC" w:rsidRDefault="00E44EFC" w:rsidP="00E44EFC">
      <w:pPr>
        <w:spacing w:after="160" w:line="278" w:lineRule="auto"/>
      </w:pPr>
      <w:r w:rsidRPr="00E44EFC">
        <w:t>8. Financial Projections</w:t>
      </w:r>
    </w:p>
    <w:p w14:paraId="259B37A6" w14:textId="77777777" w:rsidR="00E44EFC" w:rsidRPr="00E44EFC" w:rsidRDefault="00E44EFC" w:rsidP="00E44EFC">
      <w:pPr>
        <w:numPr>
          <w:ilvl w:val="0"/>
          <w:numId w:val="18"/>
        </w:numPr>
        <w:spacing w:after="160" w:line="278" w:lineRule="auto"/>
      </w:pPr>
      <w:r w:rsidRPr="00E44EFC">
        <w:t>What are your projected income and expenses?</w:t>
      </w:r>
    </w:p>
    <w:p w14:paraId="4EB2972C" w14:textId="77777777" w:rsidR="00E44EFC" w:rsidRPr="00E44EFC" w:rsidRDefault="00E44EFC" w:rsidP="00E44EFC">
      <w:pPr>
        <w:numPr>
          <w:ilvl w:val="0"/>
          <w:numId w:val="18"/>
        </w:numPr>
        <w:spacing w:after="160" w:line="278" w:lineRule="auto"/>
      </w:pPr>
      <w:r w:rsidRPr="00E44EFC">
        <w:t>How long will it take to become profitable?</w:t>
      </w:r>
    </w:p>
    <w:p w14:paraId="345E51D8" w14:textId="77777777" w:rsidR="00E44EFC" w:rsidRDefault="00E44EFC" w:rsidP="00E44EFC">
      <w:pPr>
        <w:numPr>
          <w:ilvl w:val="0"/>
          <w:numId w:val="18"/>
        </w:numPr>
        <w:spacing w:after="160" w:line="278" w:lineRule="auto"/>
      </w:pPr>
      <w:r w:rsidRPr="00E44EFC">
        <w:t>Include cash flow projections, profit and loss statements, and balance sheets.</w:t>
      </w:r>
    </w:p>
    <w:p w14:paraId="318C4BF2" w14:textId="77777777" w:rsidR="00E44EFC" w:rsidRPr="00E44EFC" w:rsidRDefault="00E44EFC" w:rsidP="00E44EFC">
      <w:pPr>
        <w:spacing w:after="160" w:line="278" w:lineRule="auto"/>
      </w:pPr>
    </w:p>
    <w:p w14:paraId="2176A3A9" w14:textId="77777777" w:rsidR="00E44EFC" w:rsidRPr="00E44EFC" w:rsidRDefault="00E44EFC" w:rsidP="00E44EFC">
      <w:pPr>
        <w:spacing w:after="160" w:line="278" w:lineRule="auto"/>
      </w:pPr>
      <w:r w:rsidRPr="00E44EFC">
        <w:t>9. Appendix</w:t>
      </w:r>
    </w:p>
    <w:p w14:paraId="5F715C37" w14:textId="77777777" w:rsidR="00E44EFC" w:rsidRPr="00E44EFC" w:rsidRDefault="00E44EFC" w:rsidP="00E44EFC">
      <w:pPr>
        <w:numPr>
          <w:ilvl w:val="0"/>
          <w:numId w:val="19"/>
        </w:numPr>
        <w:spacing w:after="160" w:line="278" w:lineRule="auto"/>
      </w:pPr>
      <w:r w:rsidRPr="00E44EFC">
        <w:t xml:space="preserve">Include any additional information, such as resumes, permits, leases, or legal </w:t>
      </w:r>
      <w:proofErr w:type="gramStart"/>
      <w:r w:rsidRPr="00E44EFC">
        <w:t>documents</w:t>
      </w:r>
      <w:proofErr w:type="gramEnd"/>
    </w:p>
    <w:p w14:paraId="0081575F" w14:textId="592B6C43" w:rsidR="00CC70D2" w:rsidRDefault="00CC70D2" w:rsidP="00E44EFC">
      <w:pPr>
        <w:spacing w:after="160" w:line="278" w:lineRule="auto"/>
      </w:pPr>
    </w:p>
    <w:sectPr w:rsidR="00CC70D2" w:rsidSect="007321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BE06F" w14:textId="77777777" w:rsidR="00732181" w:rsidRDefault="00732181" w:rsidP="00B116A7">
      <w:pPr>
        <w:spacing w:after="0" w:line="240" w:lineRule="auto"/>
      </w:pPr>
      <w:r>
        <w:separator/>
      </w:r>
    </w:p>
  </w:endnote>
  <w:endnote w:type="continuationSeparator" w:id="0">
    <w:p w14:paraId="402E0F06" w14:textId="77777777" w:rsidR="00732181" w:rsidRDefault="00732181" w:rsidP="00B1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7A41D" w14:textId="77777777" w:rsidR="00E2786B" w:rsidRDefault="00E278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BB66C" w14:textId="58D6927B" w:rsidR="00E2786B" w:rsidRPr="006D7C6B" w:rsidRDefault="006D7C6B">
    <w:pPr>
      <w:pStyle w:val="Footer"/>
      <w:rPr>
        <w:sz w:val="16"/>
        <w:szCs w:val="16"/>
        <w:lang w:val="nl-NL"/>
      </w:rPr>
    </w:pPr>
    <w:r>
      <w:rPr>
        <w:sz w:val="16"/>
        <w:szCs w:val="16"/>
        <w:lang w:val="nl-NL"/>
      </w:rPr>
      <w:sym w:font="Symbol" w:char="F0D3"/>
    </w:r>
    <w:r>
      <w:rPr>
        <w:sz w:val="16"/>
        <w:szCs w:val="16"/>
        <w:lang w:val="nl-NL"/>
      </w:rPr>
      <w:t xml:space="preserve"> </w:t>
    </w:r>
    <w:proofErr w:type="spellStart"/>
    <w:r w:rsidRPr="006D7C6B">
      <w:rPr>
        <w:sz w:val="16"/>
        <w:szCs w:val="16"/>
        <w:lang w:val="nl-NL"/>
      </w:rPr>
      <w:t>Sustality</w:t>
    </w:r>
    <w:proofErr w:type="spellEnd"/>
    <w:r w:rsidR="00EF7031">
      <w:rPr>
        <w:sz w:val="16"/>
        <w:szCs w:val="16"/>
        <w:lang w:val="nl-NL"/>
      </w:rPr>
      <w:t xml:space="preserve"> </w:t>
    </w:r>
    <w:r w:rsidR="00E2786B">
      <w:rPr>
        <w:sz w:val="16"/>
        <w:szCs w:val="16"/>
        <w:lang w:val="nl-NL"/>
      </w:rPr>
      <w:t xml:space="preserve">Business </w:t>
    </w:r>
    <w:proofErr w:type="spellStart"/>
    <w:r w:rsidR="00E2786B">
      <w:rPr>
        <w:sz w:val="16"/>
        <w:szCs w:val="16"/>
        <w:lang w:val="nl-NL"/>
      </w:rPr>
      <w:t>outline</w:t>
    </w:r>
    <w:proofErr w:type="spellEnd"/>
    <w:r w:rsidR="00E2786B">
      <w:rPr>
        <w:sz w:val="16"/>
        <w:szCs w:val="16"/>
        <w:lang w:val="nl-NL"/>
      </w:rPr>
      <w:t xml:space="preserve"> plan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6E792" w14:textId="77777777" w:rsidR="00E2786B" w:rsidRDefault="00E278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E90E0" w14:textId="77777777" w:rsidR="00732181" w:rsidRDefault="00732181" w:rsidP="00B116A7">
      <w:pPr>
        <w:spacing w:after="0" w:line="240" w:lineRule="auto"/>
      </w:pPr>
      <w:r>
        <w:separator/>
      </w:r>
    </w:p>
  </w:footnote>
  <w:footnote w:type="continuationSeparator" w:id="0">
    <w:p w14:paraId="419578D9" w14:textId="77777777" w:rsidR="00732181" w:rsidRDefault="00732181" w:rsidP="00B11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D6830" w14:textId="77777777" w:rsidR="00E2786B" w:rsidRDefault="00E278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1BEB" w14:textId="5E3900D9" w:rsidR="006D7C6B" w:rsidRDefault="006D7C6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6B9C76" wp14:editId="7E16AB02">
              <wp:simplePos x="0" y="0"/>
              <wp:positionH relativeFrom="column">
                <wp:posOffset>-689966</wp:posOffset>
              </wp:positionH>
              <wp:positionV relativeFrom="paragraph">
                <wp:posOffset>-364490</wp:posOffset>
              </wp:positionV>
              <wp:extent cx="6988029" cy="1191237"/>
              <wp:effectExtent l="0" t="0" r="0" b="3175"/>
              <wp:wrapNone/>
              <wp:docPr id="144520007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8029" cy="119123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DAED87" w14:textId="3A9C71D4" w:rsidR="006D7C6B" w:rsidRDefault="006D7C6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C79C1F" wp14:editId="2AE81384">
                                <wp:extent cx="7136181" cy="895985"/>
                                <wp:effectExtent l="0" t="0" r="1270" b="5715"/>
                                <wp:docPr id="104480733" name="Picture 1" descr="A blue and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8715176" name="Picture 1" descr="A blue and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57755" cy="9238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6B9C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4.35pt;margin-top:-28.7pt;width:550.25pt;height:9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" fillcolor="white [3201]" stroked="f" strokeweight=".5pt">
              <v:textbox style="layout-flow:vertical-ideographic">
                <w:txbxContent>
                  <w:p w14:paraId="6ADAED87" w14:textId="3A9C71D4" w:rsidR="006D7C6B" w:rsidRDefault="006D7C6B">
                    <w:r>
                      <w:rPr>
                        <w:noProof/>
                      </w:rPr>
                      <w:drawing>
                        <wp:inline distT="0" distB="0" distL="0" distR="0" wp14:anchorId="1EC79C1F" wp14:editId="2AE81384">
                          <wp:extent cx="7136181" cy="895985"/>
                          <wp:effectExtent l="0" t="0" r="1270" b="5715"/>
                          <wp:docPr id="104480733" name="Picture 1" descr="A blue and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8715176" name="Picture 1" descr="A blue and white background&#10;&#10;Description automatically generated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57755" cy="9238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A43A7" w14:textId="77777777" w:rsidR="00E2786B" w:rsidRDefault="00E278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6E40FE"/>
    <w:multiLevelType w:val="multilevel"/>
    <w:tmpl w:val="2CA03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5DB54F9"/>
    <w:multiLevelType w:val="multilevel"/>
    <w:tmpl w:val="45240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4D3191"/>
    <w:multiLevelType w:val="multilevel"/>
    <w:tmpl w:val="A164F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E471D9"/>
    <w:multiLevelType w:val="multilevel"/>
    <w:tmpl w:val="E43C5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380722"/>
    <w:multiLevelType w:val="hybridMultilevel"/>
    <w:tmpl w:val="C582B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BB17AC"/>
    <w:multiLevelType w:val="multilevel"/>
    <w:tmpl w:val="A5DC9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FD343A"/>
    <w:multiLevelType w:val="multilevel"/>
    <w:tmpl w:val="819C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6A666A"/>
    <w:multiLevelType w:val="multilevel"/>
    <w:tmpl w:val="9CC4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1466C5"/>
    <w:multiLevelType w:val="multilevel"/>
    <w:tmpl w:val="DB3C4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CA33C2"/>
    <w:multiLevelType w:val="multilevel"/>
    <w:tmpl w:val="934EB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6540597">
    <w:abstractNumId w:val="8"/>
  </w:num>
  <w:num w:numId="2" w16cid:durableId="911431807">
    <w:abstractNumId w:val="6"/>
  </w:num>
  <w:num w:numId="3" w16cid:durableId="880631244">
    <w:abstractNumId w:val="5"/>
  </w:num>
  <w:num w:numId="4" w16cid:durableId="1607037808">
    <w:abstractNumId w:val="4"/>
  </w:num>
  <w:num w:numId="5" w16cid:durableId="366610751">
    <w:abstractNumId w:val="7"/>
  </w:num>
  <w:num w:numId="6" w16cid:durableId="948052816">
    <w:abstractNumId w:val="3"/>
  </w:num>
  <w:num w:numId="7" w16cid:durableId="1421369025">
    <w:abstractNumId w:val="2"/>
  </w:num>
  <w:num w:numId="8" w16cid:durableId="237059220">
    <w:abstractNumId w:val="1"/>
  </w:num>
  <w:num w:numId="9" w16cid:durableId="841165492">
    <w:abstractNumId w:val="0"/>
  </w:num>
  <w:num w:numId="10" w16cid:durableId="723530275">
    <w:abstractNumId w:val="13"/>
  </w:num>
  <w:num w:numId="11" w16cid:durableId="1354108041">
    <w:abstractNumId w:val="9"/>
  </w:num>
  <w:num w:numId="12" w16cid:durableId="362560872">
    <w:abstractNumId w:val="11"/>
  </w:num>
  <w:num w:numId="13" w16cid:durableId="310907627">
    <w:abstractNumId w:val="12"/>
  </w:num>
  <w:num w:numId="14" w16cid:durableId="1764106766">
    <w:abstractNumId w:val="17"/>
  </w:num>
  <w:num w:numId="15" w16cid:durableId="580606664">
    <w:abstractNumId w:val="14"/>
  </w:num>
  <w:num w:numId="16" w16cid:durableId="820924142">
    <w:abstractNumId w:val="18"/>
  </w:num>
  <w:num w:numId="17" w16cid:durableId="1786802543">
    <w:abstractNumId w:val="15"/>
  </w:num>
  <w:num w:numId="18" w16cid:durableId="867568155">
    <w:abstractNumId w:val="10"/>
  </w:num>
  <w:num w:numId="19" w16cid:durableId="8580814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5148D0"/>
    <w:rsid w:val="005B462B"/>
    <w:rsid w:val="006D7C6B"/>
    <w:rsid w:val="00732181"/>
    <w:rsid w:val="00A044F8"/>
    <w:rsid w:val="00A16E44"/>
    <w:rsid w:val="00A26366"/>
    <w:rsid w:val="00A767F7"/>
    <w:rsid w:val="00A77AB5"/>
    <w:rsid w:val="00AA1D8D"/>
    <w:rsid w:val="00B116A7"/>
    <w:rsid w:val="00B47730"/>
    <w:rsid w:val="00BB1D54"/>
    <w:rsid w:val="00C33335"/>
    <w:rsid w:val="00CB0664"/>
    <w:rsid w:val="00CC70D2"/>
    <w:rsid w:val="00D66195"/>
    <w:rsid w:val="00DE52B5"/>
    <w:rsid w:val="00E2786B"/>
    <w:rsid w:val="00E44EFC"/>
    <w:rsid w:val="00EF703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35046D"/>
  <w14:defaultImageDpi w14:val="300"/>
  <w15:docId w15:val="{0368719E-1D84-1F48-A992-4CE0FBA6A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1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 Questionnaire for Coaching Sessions</vt:lpstr>
    </vt:vector>
  </TitlesOfParts>
  <Manager/>
  <Company/>
  <LinksUpToDate>false</LinksUpToDate>
  <CharactersWithSpaces>1597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Questionnaire for Coaching Sessions</dc:title>
  <dc:subject/>
  <dc:creator>python-docx</dc:creator>
  <cp:keywords/>
  <dc:description>generated by python-docx</dc:description>
  <cp:lastModifiedBy>Debbie Terwey</cp:lastModifiedBy>
  <cp:revision>2</cp:revision>
  <dcterms:created xsi:type="dcterms:W3CDTF">2024-05-27T09:31:00Z</dcterms:created>
  <dcterms:modified xsi:type="dcterms:W3CDTF">2024-05-27T09:31:00Z</dcterms:modified>
  <cp:category/>
</cp:coreProperties>
</file>